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הזכויות של כל ילד וילדה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משפחות הזכויות של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הזכויות השונות ולדעת מה כל אחת כוללת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עובדות בסיסיות על יום זכויות הילד הבינלאומי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אוכל, מים, בית וטיפול רפואי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יש דברים שהם רק שלי כמו היומן והסודות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20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54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כל הילדים שווים בלי קשר למוצא, מין או יכולת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הבעת דעה, שוויון, שפה ותרבות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 – הזכויות שייכות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הזכות לחינוך שייכת לכל ילד וילדה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הזכות לביטחון ולהגנה מפגיעה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בעובדות על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לילדים יש זכות להיות ילד בלי עבודה מזיקה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זו אחת האמנות שהכי הרבה מדינות הצטרפו אליהן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אפליה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זכות ומשפחה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(הישרדות ובריאות)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(השתתפות)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(התפתחות)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יבחרו זכות ויסבירו בשתיים-שלוש סיבות ברורות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הגיוני ופתרון סביר הקשור לזכויות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הגנה-שמירה מפגיעה והזנחה; התפתחות-למידה משחק ויצירה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הישרדות ובריאות, הגנה, התפתחות, 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20 בנובמבר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המתייחסת לאחת מ-12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ארבע המשפחות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לחבר דוגמאות אישיות מחייהם לזכויות השונות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שיתוף בעל פה או בכתב, לפי זמן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הזכויות של כל ילד וילדה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וילדה בעולם יש זכויות ששייכות להם בדיוק בגלל שהם ילדים. הזכויות מחולקות לארבע משפחות: הישרדות ובריאות, הגנה, התפתחות והשתתפות.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כוללת משפחת הזכויות 'הישרדות ובריאות'?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אוכל, מים, בית וטיפול רפואי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ותרבות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הבעת דעה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עבודה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הזכות לפרטיות אומרת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אסור לפגוע בגוף של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דברים שהם רק שלי כמו היומן והסודות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ילד חייב ללמוד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 יכול לעבוד בעבודה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מצוין יום זכויות הילד הבינלאומי?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ביוני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במאי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בדצמבר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סעיפים יש באמנה הבינלאומית לזכויות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הזכות לשוויון אומרת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בנים שווים זה לזה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הילדים שווים בלי קשר למוצא, מין או יכולת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ילדים עשירים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בזכות כזו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כוללת משפחת הזכויות 'השתתפות'?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 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הבעת דעה, שוויון, שפה ותרבות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טיפול רפואי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ומנוחה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הזכויות שייכות לכל הילדים, בלי יוצא מן הכלל.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לחינוך שייכת רק לילדים עשירים.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לפגוע בילד בגוף, במילים או ברשת.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האמנה הבינלאומית לזכויות הילד אושרה בשנת 1989.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ילדים צריכים לעבוד עבודה קשה כדי ללמוד אחריות.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המדינות בעולם הצטרפו לאמנה זכויות הילד.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הזכות ל__________ ולזהות אומרת שמגיע לכל ילד שם משלו.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ילדים זכאים ל__________ ולמנוחה, כדי לשחק ולנוח עם חברים.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הבינלאומית לזכויות הילד אושרה ב-20 בנובמבר 1989.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הזכות ל__________ אומרת שיש דברים שהם רק שלי, כמו היומן והסודות.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הילדים שווים בלי __________ בין בנים לבנות או בין ילדים ממקומות שונים.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זכות ומשפחה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לחיים ולבריאות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לביטחון ולהגנה מפגיעה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להביע דעה ולהישמע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הזכות למשחק ולמנוחה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הישרדות ובריאות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זכות אחת מתוך שתים עשרה הזכויות וכתבו למה היא חשובה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למצב שבו זכות של ילד לא נשמרה, ומה אפשר לעשות כדי לעזור.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מה ההבדל בין משפחת הזכויות 'הגנה' למשפחת הזכויות 'התפתחות'.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ארבע משפחות הזכויות של הילד?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מצוין יום זכויות הילד הבינלאומי?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לזכות אחת ולמה היא חשובה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הזכויות של כל ילד וילדה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