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הזכויות השונות ולדעת מה כל אחת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יום זכויות הילד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אוכל, מים, בית וטיפול רפואי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 דברים שהם רק שלי כמו היומן והסודות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20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– הזכויות שייכות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הזכות לביטחון ולהגנה מפגיעה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(התפתחות)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יבחרו זכות ויסבירו בשתיים-שלוש סיבות ברורות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המתייחסת לאחת מ-12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ארבע המשפחות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דוגמאות אישיות מחייהם לזכויות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שיתוף בעל פה או בכתב, לפי זמן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בעולם יש זכויות ששייכות להם בדיוק בגלל שהם ילדים. הזכויות מחולקות לארבע משפחות: הישרדות ובריאות, הגנה, התפתחות והשתתפות.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משחק  · 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כוללת משפחת הזכויות 'הישרדות ובריאות'?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אוכל, מים, בית וטיפול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ותרבות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הבעת 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הזכות לפרטיות אומרת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אסור לפגוע בגוף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דברים שהם רק שלי כמו היומן והסודות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ילד חייב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מצוין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במאי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לחינוך שייכת רק לילדים עשירים.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לפגוע בילד בגוף, במילים או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הזכות ל__________ ולזהות אומרת שמגיע לכל ילד שם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זכאים ל__________ ולמנוחה, כדי לשחק ולנוח עם חברים.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זכות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מתוך שתים עשרה הזכויות וכתבו למה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משפחות הזכויות של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מצוין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הזכויות של כל ילד וילדה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